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ประวัติย่อ (Curriculum Vitae)</w:t>
      </w:r>
    </w:p>
    <w:p>
      <w:pPr>
        <w:pStyle w:val="Heading2"/>
      </w:pPr>
      <w:r>
        <w:t>ข้อมูลส่วนตัว (Informations personnelles)</w:t>
      </w:r>
    </w:p>
    <w:p>
      <w:r>
        <w:t>ชื่อ–นามสกุล (Nom et prénom): __________________________</w:t>
      </w:r>
    </w:p>
    <w:p>
      <w:r>
        <w:t>วันเกิด / อายุ (Date de naissance / Âge): __________________________</w:t>
      </w:r>
    </w:p>
    <w:p>
      <w:r>
        <w:t>สัญชาติ (Nationalité): __________________________</w:t>
      </w:r>
    </w:p>
    <w:p>
      <w:r>
        <w:t>ที่อยู่ (Adresse): __________________________</w:t>
      </w:r>
    </w:p>
    <w:p>
      <w:r>
        <w:t>เบอร์โทรศัพท์ (Téléphone): __________________________</w:t>
      </w:r>
    </w:p>
    <w:p>
      <w:r>
        <w:t>อีเมล (E-mail): __________________________</w:t>
      </w:r>
    </w:p>
    <w:p>
      <w:r>
        <w:t>สถานะวีซ่า (Statut de visa): __________________________</w:t>
      </w:r>
    </w:p>
    <w:p>
      <w:r>
        <w:t>รูปถ่าย (Photo): __________________________</w:t>
      </w:r>
    </w:p>
    <w:p>
      <w:pPr>
        <w:pStyle w:val="Heading2"/>
      </w:pPr>
      <w:r>
        <w:t>การศึกษา (Formation)</w:t>
      </w:r>
    </w:p>
    <w:p>
      <w:r>
        <w:t>วุฒิการศึกษา (Diplôme): __________________________</w:t>
      </w:r>
    </w:p>
    <w:p>
      <w:r>
        <w:t>สาขาวิชา (Spécialité): __________________________</w:t>
      </w:r>
    </w:p>
    <w:p>
      <w:r>
        <w:t>มหาวิทยาลัย / เมือง / ประเทศ (Université / Ville / Pays): __________________________</w:t>
      </w:r>
    </w:p>
    <w:p>
      <w:r>
        <w:t>ปีการศึกษา (Dates): __________________________</w:t>
      </w:r>
    </w:p>
    <w:p>
      <w:pPr>
        <w:pStyle w:val="Heading2"/>
      </w:pPr>
      <w:r>
        <w:t>ประสบการณ์ทำงาน (Expérience professionnelle)</w:t>
      </w:r>
    </w:p>
    <w:p>
      <w:r>
        <w:t>ตำแหน่งงาน (Poste): __________________________</w:t>
      </w:r>
    </w:p>
    <w:p>
      <w:r>
        <w:t>ชื่อบริษัท (Entreprise): __________________________</w:t>
      </w:r>
    </w:p>
    <w:p>
      <w:r>
        <w:t>เมือง / ประเทศ (Ville / Pays): __________________________</w:t>
      </w:r>
    </w:p>
    <w:p>
      <w:r>
        <w:t>ระยะเวลา (Durée): __________________________</w:t>
      </w:r>
    </w:p>
    <w:p>
      <w:r>
        <w:t>หน้าที่หลัก (Missions principales): __________________________</w:t>
      </w:r>
    </w:p>
    <w:p>
      <w:pPr>
        <w:pStyle w:val="Heading2"/>
      </w:pPr>
      <w:r>
        <w:t>ทักษะ (Compétences)</w:t>
      </w:r>
    </w:p>
    <w:p>
      <w:r>
        <w:t>ภาษา (Langues): __________________________</w:t>
      </w:r>
    </w:p>
    <w:p>
      <w:r>
        <w:t>ทักษะคอมพิวเตอร์ (Informatique): __________________________</w:t>
      </w:r>
    </w:p>
    <w:p>
      <w:r>
        <w:t>คุณลักษณะส่วนบุคคล (Qualités personnelles): __________________________</w:t>
      </w:r>
    </w:p>
    <w:p>
      <w:pPr>
        <w:pStyle w:val="Heading2"/>
      </w:pPr>
      <w:r>
        <w:t>งานอดิเรก (Centres d’intérêt)</w:t>
      </w:r>
    </w:p>
    <w:p>
      <w:r>
        <w:t>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